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7061B" w14:textId="74AC925B" w:rsidR="00446233" w:rsidRPr="0086049D" w:rsidRDefault="00000000" w:rsidP="00B93F4B">
      <w:pPr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color w:val="696969"/>
          <w:sz w:val="30"/>
          <w:lang w:val="sr-Cyrl-RS"/>
        </w:rPr>
        <w:t>[</w:t>
      </w:r>
      <w:r w:rsidR="00B93F4B" w:rsidRPr="0086049D">
        <w:rPr>
          <w:rFonts w:eastAsia="Liberation Sans"/>
          <w:b/>
          <w:color w:val="696969"/>
          <w:sz w:val="30"/>
          <w:lang w:val="sr-Cyrl-RS"/>
        </w:rPr>
        <w:t>НАСЛОВ РАДА НА ЈЕЗИКУ РУКОПИСА</w:t>
      </w:r>
      <w:r w:rsidRPr="0086049D">
        <w:rPr>
          <w:rFonts w:eastAsia="Liberation Sans"/>
          <w:b/>
          <w:color w:val="696969"/>
          <w:sz w:val="30"/>
          <w:lang w:val="sr-Cyrl-RS"/>
        </w:rPr>
        <w:t>]</w:t>
      </w:r>
      <w:r w:rsidR="00047AC8" w:rsidRPr="0086049D">
        <w:rPr>
          <w:rStyle w:val="FootnoteReference"/>
          <w:rFonts w:eastAsia="Liberation Sans"/>
          <w:b/>
          <w:color w:val="696969"/>
          <w:sz w:val="30"/>
          <w:lang w:val="sr-Cyrl-RS"/>
        </w:rPr>
        <w:footnoteReference w:id="1"/>
      </w:r>
    </w:p>
    <w:p w14:paraId="0921E8CB" w14:textId="3FD0CF31" w:rsidR="00446233" w:rsidRPr="0086049D" w:rsidRDefault="00000000">
      <w:pPr>
        <w:spacing w:after="200" w:line="252" w:lineRule="auto"/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i/>
          <w:color w:val="696969"/>
          <w:sz w:val="25"/>
          <w:lang w:val="sr-Cyrl-RS"/>
        </w:rPr>
        <w:t>[TITLE OF THE PAPER IN ENGLISH</w:t>
      </w:r>
      <w:r w:rsidR="008724D5" w:rsidRPr="0086049D">
        <w:rPr>
          <w:rFonts w:eastAsia="Liberation Sans"/>
          <w:b/>
          <w:i/>
          <w:color w:val="696969"/>
          <w:sz w:val="25"/>
          <w:lang w:val="sr-Cyrl-RS"/>
        </w:rPr>
        <w:t>/SERBIAN</w:t>
      </w:r>
      <w:r w:rsidRPr="0086049D">
        <w:rPr>
          <w:rFonts w:eastAsia="Liberation Sans"/>
          <w:b/>
          <w:i/>
          <w:color w:val="696969"/>
          <w:sz w:val="25"/>
          <w:lang w:val="sr-Cyrl-RS"/>
        </w:rPr>
        <w:t>]</w:t>
      </w:r>
    </w:p>
    <w:p w14:paraId="4735B0E6" w14:textId="77777777" w:rsidR="00B93F4B" w:rsidRPr="0086049D" w:rsidRDefault="00000000" w:rsidP="00183BC0">
      <w:pPr>
        <w:spacing w:line="252" w:lineRule="auto"/>
        <w:jc w:val="center"/>
        <w:rPr>
          <w:rFonts w:hint="eastAsia"/>
          <w:lang w:val="sr-Cyrl-RS"/>
        </w:rPr>
      </w:pPr>
      <w:r w:rsidRPr="0086049D">
        <w:rPr>
          <w:rFonts w:eastAsia="Liberation Sans"/>
          <w:b/>
          <w:color w:val="696969"/>
          <w:sz w:val="23"/>
          <w:lang w:val="sr-Cyrl-RS"/>
        </w:rPr>
        <w:t>[</w:t>
      </w:r>
      <w:r w:rsidR="00B93F4B" w:rsidRPr="0086049D">
        <w:rPr>
          <w:rFonts w:eastAsia="Liberation Sans"/>
          <w:b/>
          <w:color w:val="696969"/>
          <w:sz w:val="23"/>
          <w:lang w:val="sr-Cyrl-RS"/>
        </w:rPr>
        <w:t>Име Презиме]¹*, [Име Презиме]², [Име Презиме]¹</w:t>
      </w:r>
    </w:p>
    <w:p w14:paraId="71D04822" w14:textId="77777777" w:rsidR="00B93F4B" w:rsidRPr="0086049D" w:rsidRDefault="00B93F4B" w:rsidP="00183BC0">
      <w:pPr>
        <w:spacing w:after="40" w:line="240" w:lineRule="auto"/>
        <w:jc w:val="center"/>
        <w:rPr>
          <w:rFonts w:hint="eastAsia"/>
          <w:lang w:val="sr-Cyrl-RS"/>
        </w:rPr>
      </w:pPr>
      <w:r w:rsidRPr="0086049D">
        <w:rPr>
          <w:rFonts w:eastAsia="Liberation Sans"/>
          <w:i/>
          <w:color w:val="696969"/>
          <w:sz w:val="19"/>
          <w:lang w:val="sr-Cyrl-RS"/>
        </w:rPr>
        <w:t>¹ [Назив одсека, факултет, универзитет, држава]</w:t>
      </w:r>
    </w:p>
    <w:p w14:paraId="5E6C45B9" w14:textId="77777777" w:rsidR="00B93F4B" w:rsidRPr="0086049D" w:rsidRDefault="00B93F4B" w:rsidP="00B93F4B">
      <w:pPr>
        <w:jc w:val="center"/>
        <w:rPr>
          <w:rFonts w:hint="eastAsia"/>
          <w:lang w:val="sr-Cyrl-RS"/>
        </w:rPr>
      </w:pPr>
      <w:r w:rsidRPr="0086049D">
        <w:rPr>
          <w:rFonts w:eastAsia="Liberation Sans"/>
          <w:i/>
          <w:color w:val="696969"/>
          <w:sz w:val="19"/>
          <w:lang w:val="sr-Cyrl-RS"/>
        </w:rPr>
        <w:t>² [Назив одсека, факултет, универзитет, држава]</w:t>
      </w:r>
    </w:p>
    <w:p w14:paraId="41C9DB70" w14:textId="7ABBB055" w:rsidR="00047AC8" w:rsidRPr="0086049D" w:rsidRDefault="00047AC8">
      <w:pPr>
        <w:spacing w:after="240" w:line="240" w:lineRule="auto"/>
        <w:jc w:val="center"/>
        <w:rPr>
          <w:rFonts w:hint="eastAsia"/>
          <w:lang w:val="sr-Cyrl-RS"/>
        </w:rPr>
      </w:pPr>
    </w:p>
    <w:p w14:paraId="602B8F5A" w14:textId="77777777" w:rsidR="00B93F4B" w:rsidRPr="0086049D" w:rsidRDefault="00B93F4B">
      <w:pPr>
        <w:rPr>
          <w:rFonts w:hint="eastAsia"/>
          <w:b/>
          <w:bCs/>
          <w:lang w:val="sr-Cyrl-RS"/>
        </w:rPr>
      </w:pPr>
      <w:r w:rsidRPr="0086049D">
        <w:rPr>
          <w:b/>
          <w:bCs/>
          <w:lang w:val="sr-Cyrl-RS"/>
        </w:rPr>
        <w:t>Подаци о ауторима рада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06"/>
        <w:gridCol w:w="3405"/>
        <w:gridCol w:w="3403"/>
      </w:tblGrid>
      <w:tr w:rsidR="001E35B4" w:rsidRPr="0086049D" w14:paraId="34981560" w14:textId="77777777" w:rsidTr="006A0AED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E4ACB4F" w14:textId="14048208" w:rsidR="001E35B4" w:rsidRPr="0086049D" w:rsidRDefault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8"/>
                <w:lang w:val="sr-Cyrl-RS"/>
              </w:rPr>
              <w:t>Аутор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</w:tcPr>
          <w:p w14:paraId="5FB0A7FE" w14:textId="7BC2FDC7" w:rsidR="001E35B4" w:rsidRPr="0086049D" w:rsidRDefault="0086049D">
            <w:pPr>
              <w:spacing w:after="0" w:line="247" w:lineRule="auto"/>
              <w:jc w:val="center"/>
              <w:rPr>
                <w:rFonts w:eastAsia="Liberation Sans"/>
                <w:b/>
                <w:color w:val="FFFFFF"/>
                <w:sz w:val="18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8"/>
                <w:lang w:val="sr-Cyrl-RS"/>
              </w:rPr>
              <w:t>Адреса електронске поште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6667B61" w14:textId="1752D48B" w:rsidR="001E35B4" w:rsidRPr="0086049D" w:rsidRDefault="001E35B4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8"/>
                <w:lang w:val="sr-Cyrl-RS"/>
              </w:rPr>
              <w:t xml:space="preserve">ORCID </w:t>
            </w:r>
            <w:proofErr w:type="spellStart"/>
            <w:r w:rsidRPr="0086049D">
              <w:rPr>
                <w:rFonts w:eastAsia="Liberation Sans"/>
                <w:b/>
                <w:color w:val="FFFFFF"/>
                <w:sz w:val="18"/>
                <w:lang w:val="sr-Cyrl-RS"/>
              </w:rPr>
              <w:t>iD</w:t>
            </w:r>
            <w:proofErr w:type="spellEnd"/>
          </w:p>
        </w:tc>
      </w:tr>
      <w:tr w:rsidR="001E35B4" w:rsidRPr="0086049D" w14:paraId="12DEFEEA" w14:textId="77777777" w:rsidTr="006A0AED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78D53F" w14:textId="2D7AEEBF" w:rsidR="001E35B4" w:rsidRPr="0086049D" w:rsidRDefault="001E35B4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</w:t>
            </w:r>
            <w:r w:rsidR="0086049D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Име и презиме]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56EFB7D" w14:textId="630582BF" w:rsidR="001E35B4" w:rsidRPr="0086049D" w:rsidRDefault="001E35B4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</w:t>
            </w:r>
            <w:r w:rsidR="004F2271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email</w:t>
            </w: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.</w:t>
            </w:r>
            <w:r w:rsidR="004F2271"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com</w:t>
            </w: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B99B5C4" w14:textId="1729B0C4" w:rsidR="001E35B4" w:rsidRPr="0086049D" w:rsidRDefault="001E35B4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  <w:tr w:rsidR="0086049D" w:rsidRPr="0086049D" w14:paraId="595212FE" w14:textId="77777777" w:rsidTr="00A36E5B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0FE62144" w14:textId="2FBD650D" w:rsidR="0086049D" w:rsidRPr="0086049D" w:rsidRDefault="0086049D" w:rsidP="0086049D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[Име и презиме]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</w:tcPr>
          <w:p w14:paraId="4A6267FD" w14:textId="11A1F0AA" w:rsidR="0086049D" w:rsidRPr="0086049D" w:rsidRDefault="0086049D" w:rsidP="0086049D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[example@email.com]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9F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96E168" w14:textId="7DB2AB4B" w:rsidR="0086049D" w:rsidRPr="0086049D" w:rsidRDefault="0086049D" w:rsidP="0086049D">
            <w:pPr>
              <w:spacing w:after="0" w:line="247" w:lineRule="auto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  <w:tr w:rsidR="0086049D" w:rsidRPr="0086049D" w14:paraId="132C8392" w14:textId="77777777" w:rsidTr="00A36E5B">
        <w:trPr>
          <w:cantSplit/>
          <w:jc w:val="center"/>
        </w:trPr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76A0E156" w14:textId="4AC25DFC" w:rsidR="0086049D" w:rsidRPr="0086049D" w:rsidRDefault="0086049D" w:rsidP="0086049D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[Име и презиме]</w:t>
            </w:r>
          </w:p>
        </w:tc>
        <w:tc>
          <w:tcPr>
            <w:tcW w:w="166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</w:tcPr>
          <w:p w14:paraId="6A7B9D33" w14:textId="0B5F8D04" w:rsidR="0086049D" w:rsidRPr="0086049D" w:rsidRDefault="0086049D" w:rsidP="0086049D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[example@email.com]</w:t>
            </w:r>
          </w:p>
        </w:tc>
        <w:tc>
          <w:tcPr>
            <w:tcW w:w="1666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4F196A2" w14:textId="3C3C259C" w:rsidR="0086049D" w:rsidRPr="0086049D" w:rsidRDefault="0086049D" w:rsidP="0086049D">
            <w:pPr>
              <w:spacing w:after="0" w:line="247" w:lineRule="auto"/>
              <w:rPr>
                <w:rFonts w:eastAsia="Liberation Sans"/>
                <w:i/>
                <w:color w:val="696969"/>
                <w:sz w:val="18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8"/>
                <w:lang w:val="sr-Cyrl-RS"/>
              </w:rPr>
              <w:t>[0000-0000-0000-0000]</w:t>
            </w:r>
          </w:p>
        </w:tc>
      </w:tr>
    </w:tbl>
    <w:p w14:paraId="10C1DD16" w14:textId="77777777" w:rsidR="00047AC8" w:rsidRPr="0086049D" w:rsidRDefault="00047AC8">
      <w:pPr>
        <w:pStyle w:val="Heading2"/>
        <w:spacing w:before="120" w:after="80" w:line="240" w:lineRule="auto"/>
        <w:rPr>
          <w:rFonts w:ascii="Liberation Sans" w:eastAsia="Liberation Sans" w:hAnsi="Liberation Sans"/>
          <w:sz w:val="22"/>
          <w:lang w:val="sr-Cyrl-RS"/>
        </w:rPr>
      </w:pPr>
    </w:p>
    <w:p w14:paraId="2BFEDBD9" w14:textId="2E7B5976" w:rsidR="00446233" w:rsidRPr="0086049D" w:rsidRDefault="0086049D">
      <w:pPr>
        <w:pStyle w:val="Heading2"/>
        <w:spacing w:before="120" w:after="80" w:line="240" w:lineRule="auto"/>
        <w:rPr>
          <w:lang w:val="sr-Cyrl-RS"/>
        </w:rPr>
      </w:pPr>
      <w:r w:rsidRPr="0086049D">
        <w:rPr>
          <w:rFonts w:ascii="Liberation Sans" w:eastAsia="Liberation Sans" w:hAnsi="Liberation Sans"/>
          <w:sz w:val="22"/>
          <w:lang w:val="sr-Cyrl-RS"/>
        </w:rPr>
        <w:t>Изјаве аутора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128"/>
      </w:tblGrid>
      <w:tr w:rsidR="00E776FC" w:rsidRPr="0086049D" w14:paraId="0C33F975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D674E2" w14:textId="3B179A5F" w:rsidR="00E776FC" w:rsidRPr="0086049D" w:rsidRDefault="0086049D" w:rsidP="0086049D">
            <w:pPr>
              <w:rPr>
                <w:rFonts w:eastAsia="Liberation Sans"/>
                <w:b/>
                <w:sz w:val="17"/>
                <w:lang w:val="sr-Cyrl-RS"/>
              </w:rPr>
            </w:pPr>
            <w:r w:rsidRPr="0086049D">
              <w:rPr>
                <w:rFonts w:eastAsia="Liberation Sans"/>
                <w:b/>
                <w:sz w:val="17"/>
                <w:lang w:val="sr-Cyrl-RS"/>
              </w:rPr>
              <w:t>Информисана сагласност учесника у истраживању</w:t>
            </w: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4EB99F" w14:textId="4EC800C1" w:rsidR="00E776FC" w:rsidRPr="0086049D" w:rsidRDefault="0086049D" w:rsidP="0086049D">
            <w:pPr>
              <w:rPr>
                <w:rFonts w:eastAsia="Liberation Sans"/>
                <w:i/>
                <w:color w:val="696969"/>
                <w:sz w:val="17"/>
                <w:lang w:val="sr-Cyrl-RS"/>
              </w:rPr>
            </w:pP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[начин прибављања и да ли је наведено у самом раду или навести „Није приме</w:t>
            </w:r>
            <w:r w:rsidR="003222B6">
              <w:rPr>
                <w:rFonts w:eastAsia="Liberation Sans"/>
                <w:i/>
                <w:color w:val="6E6E6E"/>
                <w:sz w:val="17"/>
                <w:lang w:val="sr-Cyrl-RS"/>
              </w:rPr>
              <w:t>нљ</w:t>
            </w: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иво"]</w:t>
            </w:r>
          </w:p>
        </w:tc>
      </w:tr>
      <w:tr w:rsidR="00C63A1E" w:rsidRPr="0086049D" w14:paraId="01EC9606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27C19D" w14:textId="17A10A5A" w:rsidR="00C63A1E" w:rsidRPr="0086049D" w:rsidRDefault="0086049D" w:rsidP="0086049D">
            <w:pPr>
              <w:rPr>
                <w:rFonts w:eastAsia="Liberation Sans"/>
                <w:b/>
                <w:sz w:val="17"/>
                <w:lang w:val="sr-Cyrl-RS"/>
              </w:rPr>
            </w:pPr>
            <w:r w:rsidRPr="0086049D">
              <w:rPr>
                <w:rFonts w:eastAsia="Liberation Sans"/>
                <w:b/>
                <w:sz w:val="17"/>
                <w:lang w:val="sr-Cyrl-RS"/>
              </w:rPr>
              <w:t>Сагласност за објављивање података који омогућавају идентификацију</w:t>
            </w:r>
          </w:p>
        </w:tc>
        <w:tc>
          <w:tcPr>
            <w:tcW w:w="71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3F3F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3B5303" w14:textId="5DB8988E" w:rsidR="00C63A1E" w:rsidRPr="0086049D" w:rsidRDefault="0086049D" w:rsidP="0086049D">
            <w:pPr>
              <w:rPr>
                <w:rFonts w:eastAsia="Liberation Sans"/>
                <w:i/>
                <w:color w:val="6E6E6E"/>
                <w:sz w:val="17"/>
                <w:lang w:val="sr-Cyrl-RS"/>
              </w:rPr>
            </w:pPr>
            <w:r w:rsidRPr="0086049D">
              <w:rPr>
                <w:rFonts w:eastAsia="Liberation Sans"/>
                <w:i/>
                <w:color w:val="6E6E6E"/>
                <w:sz w:val="17"/>
                <w:lang w:val="sr-Cyrl-RS"/>
              </w:rPr>
              <w:t>[навести да ли рукопис садржи фотографије, приказе случаја, изјаве, директне цитате или друге податке на основу којих се особа може препознати; ако садржи, потврдити да је прибављена претходна писана сагласност те особе, односно родитеља или законског заступника, за објављивање; ако такав материјал није садржан у раду, навести: „Није применљиво”]</w:t>
            </w:r>
          </w:p>
        </w:tc>
      </w:tr>
    </w:tbl>
    <w:p w14:paraId="0CF505B5" w14:textId="77777777" w:rsidR="00446233" w:rsidRPr="0086049D" w:rsidRDefault="00446233">
      <w:pPr>
        <w:spacing w:after="60" w:line="240" w:lineRule="auto"/>
        <w:rPr>
          <w:rFonts w:hint="eastAsia"/>
          <w:lang w:val="sr-Cyrl-RS"/>
        </w:rPr>
      </w:pPr>
    </w:p>
    <w:p w14:paraId="17C39331" w14:textId="77777777" w:rsidR="00047AC8" w:rsidRPr="0086049D" w:rsidRDefault="00047AC8">
      <w:pPr>
        <w:spacing w:after="60" w:line="240" w:lineRule="auto"/>
        <w:rPr>
          <w:rFonts w:hint="eastAsia"/>
          <w:lang w:val="sr-Cyrl-RS"/>
        </w:rPr>
      </w:pPr>
    </w:p>
    <w:p w14:paraId="24D496EE" w14:textId="77777777" w:rsidR="00047AC8" w:rsidRPr="0086049D" w:rsidRDefault="00047AC8">
      <w:pPr>
        <w:spacing w:after="60" w:line="240" w:lineRule="auto"/>
        <w:rPr>
          <w:rFonts w:hint="eastAsia"/>
          <w:lang w:val="sr-Cyrl-R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446233" w:rsidRPr="0086049D" w14:paraId="3C57C6A0" w14:textId="77777777">
        <w:trPr>
          <w:cantSplit/>
          <w:jc w:val="center"/>
        </w:trPr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E8A73A" w14:textId="3958A79F" w:rsidR="00446233" w:rsidRPr="0086049D" w:rsidRDefault="0086049D" w:rsidP="0086049D">
            <w:pPr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7"/>
                <w:lang w:val="sr-Cyrl-RS"/>
              </w:rPr>
              <w:t>Број карактера са размацима – дозвољено до 35.000 карактера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6437EF" w14:textId="4AE441C3" w:rsidR="00446233" w:rsidRPr="0086049D" w:rsidRDefault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7"/>
                <w:lang w:val="sr-Cyrl-RS"/>
              </w:rPr>
              <w:t>Број табела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C299D3" w14:textId="44744DD4" w:rsidR="00446233" w:rsidRPr="0086049D" w:rsidRDefault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7"/>
                <w:lang w:val="sr-Cyrl-RS"/>
              </w:rPr>
              <w:t>Број слика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59410DD" w14:textId="0263A135" w:rsidR="00446233" w:rsidRPr="0086049D" w:rsidRDefault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b/>
                <w:color w:val="FFFFFF"/>
                <w:sz w:val="17"/>
                <w:lang w:val="sr-Cyrl-RS"/>
              </w:rPr>
              <w:t>Број прилога</w:t>
            </w:r>
          </w:p>
        </w:tc>
      </w:tr>
      <w:tr w:rsidR="0086049D" w:rsidRPr="0086049D" w14:paraId="2F5A8081" w14:textId="77777777" w:rsidTr="006B0FB4">
        <w:trPr>
          <w:cantSplit/>
          <w:jc w:val="center"/>
        </w:trPr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6BC7E3" w14:textId="75694D74" w:rsidR="0086049D" w:rsidRPr="0086049D" w:rsidRDefault="0086049D" w:rsidP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[унесите]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57E0082F" w14:textId="1C4B6814" w:rsidR="0086049D" w:rsidRPr="0086049D" w:rsidRDefault="0086049D" w:rsidP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[унесите]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8A6E02B" w14:textId="43842BCF" w:rsidR="0086049D" w:rsidRPr="0086049D" w:rsidRDefault="0086049D" w:rsidP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[унесите]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44F2BD71" w14:textId="2AD07DF5" w:rsidR="0086049D" w:rsidRPr="0086049D" w:rsidRDefault="0086049D" w:rsidP="0086049D">
            <w:pPr>
              <w:spacing w:after="0" w:line="247" w:lineRule="auto"/>
              <w:jc w:val="center"/>
              <w:rPr>
                <w:rFonts w:hint="eastAsia"/>
                <w:lang w:val="sr-Cyrl-RS"/>
              </w:rPr>
            </w:pPr>
            <w:r w:rsidRPr="0086049D">
              <w:rPr>
                <w:rFonts w:eastAsia="Liberation Sans"/>
                <w:i/>
                <w:color w:val="696969"/>
                <w:sz w:val="17"/>
                <w:lang w:val="sr-Cyrl-RS"/>
              </w:rPr>
              <w:t>[унесите]</w:t>
            </w:r>
          </w:p>
        </w:tc>
      </w:tr>
    </w:tbl>
    <w:p w14:paraId="3E009048" w14:textId="77777777" w:rsidR="00D640E7" w:rsidRPr="0086049D" w:rsidRDefault="00D640E7">
      <w:pPr>
        <w:rPr>
          <w:rFonts w:hint="eastAsia"/>
          <w:lang w:val="sr-Cyrl-RS"/>
        </w:rPr>
      </w:pPr>
    </w:p>
    <w:sectPr w:rsidR="00D640E7" w:rsidRPr="0086049D" w:rsidSect="00034616"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1179" w14:textId="77777777" w:rsidR="00254FE0" w:rsidRDefault="00254FE0" w:rsidP="00047AC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F4535B" w14:textId="77777777" w:rsidR="00254FE0" w:rsidRDefault="00254FE0" w:rsidP="00047AC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441AE" w14:textId="77777777" w:rsidR="00254FE0" w:rsidRDefault="00254FE0" w:rsidP="00047AC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267BA1D" w14:textId="77777777" w:rsidR="00254FE0" w:rsidRDefault="00254FE0" w:rsidP="00047AC8">
      <w:pPr>
        <w:spacing w:after="0" w:line="240" w:lineRule="auto"/>
        <w:rPr>
          <w:rFonts w:hint="eastAsia"/>
        </w:rPr>
      </w:pPr>
      <w:r>
        <w:continuationSeparator/>
      </w:r>
    </w:p>
  </w:footnote>
  <w:footnote w:id="1">
    <w:p w14:paraId="792BA347" w14:textId="77777777" w:rsidR="00B47730" w:rsidRDefault="00047AC8">
      <w:pPr>
        <w:rPr>
          <w:rFonts w:hint="eastAsia"/>
        </w:rPr>
      </w:pPr>
      <w:r w:rsidRPr="0086049D">
        <w:rPr>
          <w:rStyle w:val="FootnoteReference"/>
          <w:lang w:val="sr-Cyrl-RS"/>
        </w:rPr>
        <w:footnoteRef/>
      </w:r>
      <w:r w:rsidRPr="0086049D">
        <w:rPr>
          <w:lang w:val="sr-Cyrl-R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C224BF9"/>
    <w:multiLevelType w:val="hybridMultilevel"/>
    <w:tmpl w:val="8600463E"/>
    <w:lvl w:ilvl="0" w:tplc="28F6AC62">
      <w:start w:val="1"/>
      <w:numFmt w:val="decimal"/>
      <w:lvlText w:val="%1."/>
      <w:lvlJc w:val="left"/>
      <w:pPr>
        <w:ind w:left="1080" w:hanging="360"/>
      </w:pPr>
      <w:rPr>
        <w:rFonts w:eastAsia="Liberation Sans"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D42015"/>
    <w:multiLevelType w:val="hybridMultilevel"/>
    <w:tmpl w:val="AADC2E56"/>
    <w:lvl w:ilvl="0" w:tplc="28F6AC6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16533"/>
    <w:multiLevelType w:val="hybridMultilevel"/>
    <w:tmpl w:val="487AE004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029386">
    <w:abstractNumId w:val="8"/>
  </w:num>
  <w:num w:numId="2" w16cid:durableId="1590652749">
    <w:abstractNumId w:val="6"/>
  </w:num>
  <w:num w:numId="3" w16cid:durableId="744298821">
    <w:abstractNumId w:val="5"/>
  </w:num>
  <w:num w:numId="4" w16cid:durableId="706834557">
    <w:abstractNumId w:val="4"/>
  </w:num>
  <w:num w:numId="5" w16cid:durableId="257756458">
    <w:abstractNumId w:val="7"/>
  </w:num>
  <w:num w:numId="6" w16cid:durableId="38092950">
    <w:abstractNumId w:val="3"/>
  </w:num>
  <w:num w:numId="7" w16cid:durableId="681779644">
    <w:abstractNumId w:val="2"/>
  </w:num>
  <w:num w:numId="8" w16cid:durableId="1941521334">
    <w:abstractNumId w:val="1"/>
  </w:num>
  <w:num w:numId="9" w16cid:durableId="321280947">
    <w:abstractNumId w:val="0"/>
  </w:num>
  <w:num w:numId="10" w16cid:durableId="616839074">
    <w:abstractNumId w:val="11"/>
  </w:num>
  <w:num w:numId="11" w16cid:durableId="1960526168">
    <w:abstractNumId w:val="10"/>
  </w:num>
  <w:num w:numId="12" w16cid:durableId="393237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AC8"/>
    <w:rsid w:val="0006063C"/>
    <w:rsid w:val="0015074B"/>
    <w:rsid w:val="001E0EB7"/>
    <w:rsid w:val="001E35B4"/>
    <w:rsid w:val="00254FE0"/>
    <w:rsid w:val="0029639D"/>
    <w:rsid w:val="002B549F"/>
    <w:rsid w:val="003222B6"/>
    <w:rsid w:val="00326F90"/>
    <w:rsid w:val="003306BB"/>
    <w:rsid w:val="003510B2"/>
    <w:rsid w:val="00446233"/>
    <w:rsid w:val="004F2271"/>
    <w:rsid w:val="00503F02"/>
    <w:rsid w:val="0052462E"/>
    <w:rsid w:val="00617623"/>
    <w:rsid w:val="006A0AED"/>
    <w:rsid w:val="006E5501"/>
    <w:rsid w:val="00716672"/>
    <w:rsid w:val="0074005A"/>
    <w:rsid w:val="00763C31"/>
    <w:rsid w:val="00792AA2"/>
    <w:rsid w:val="007A0B8B"/>
    <w:rsid w:val="0086049D"/>
    <w:rsid w:val="008724D5"/>
    <w:rsid w:val="009120FD"/>
    <w:rsid w:val="00971145"/>
    <w:rsid w:val="009D533C"/>
    <w:rsid w:val="00A76D9F"/>
    <w:rsid w:val="00AA1D8D"/>
    <w:rsid w:val="00AB5317"/>
    <w:rsid w:val="00B47730"/>
    <w:rsid w:val="00B70E66"/>
    <w:rsid w:val="00B93F4B"/>
    <w:rsid w:val="00B94284"/>
    <w:rsid w:val="00BC76F2"/>
    <w:rsid w:val="00C027E2"/>
    <w:rsid w:val="00C11A36"/>
    <w:rsid w:val="00C63A1E"/>
    <w:rsid w:val="00CB0664"/>
    <w:rsid w:val="00D640E7"/>
    <w:rsid w:val="00DA3689"/>
    <w:rsid w:val="00DB49A7"/>
    <w:rsid w:val="00E37EBC"/>
    <w:rsid w:val="00E776FC"/>
    <w:rsid w:val="00EE66BE"/>
    <w:rsid w:val="00F27870"/>
    <w:rsid w:val="00F761EB"/>
    <w:rsid w:val="00FC693F"/>
    <w:rsid w:val="00FE5716"/>
    <w:rsid w:val="00FF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FE6CE6"/>
  <w14:defaultImageDpi w14:val="330"/>
  <w15:docId w15:val="{511B5315-24E6-4AF1-B0B7-EE16613E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47AC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7AC8"/>
    <w:rPr>
      <w:rFonts w:ascii="Liberation Sans" w:hAnsi="Liberation Sans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7A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Uputstvo za pripremu naslovne strane rada</vt:lpstr>
    </vt:vector>
  </TitlesOfParts>
  <Manager/>
  <Company/>
  <LinksUpToDate>false</LinksUpToDate>
  <CharactersWithSpaces>1161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Uputstvo za pripremu naslovne strane rada</dc:title>
  <dc:subject>Uputstvo autorima naučnog časopisa</dc:subject>
  <dc:creator>Uredništvo časopisa</dc:creator>
  <cp:keywords>naslovna strana, uputstvo autorima, dvostruko anonimna recenzija</cp:keywords>
  <dc:description>generated by python-docx</dc:description>
  <cp:lastModifiedBy>Dejan Đ</cp:lastModifiedBy>
  <cp:revision>28</cp:revision>
  <dcterms:created xsi:type="dcterms:W3CDTF">2013-12-23T23:15:00Z</dcterms:created>
  <dcterms:modified xsi:type="dcterms:W3CDTF">2026-09-24T18:44:00Z</dcterms:modified>
  <cp:category/>
</cp:coreProperties>
</file>