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061B" w14:textId="7779F1BA" w:rsidR="00446233" w:rsidRPr="0086049D" w:rsidRDefault="00000000" w:rsidP="00B93F4B">
      <w:pPr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color w:val="696969"/>
          <w:sz w:val="30"/>
          <w:lang w:val="sr-Cyrl-RS"/>
        </w:rPr>
        <w:t>[</w:t>
      </w:r>
      <w:r w:rsidR="005423F6">
        <w:rPr>
          <w:rFonts w:eastAsia="Liberation Sans"/>
          <w:b/>
          <w:color w:val="696969"/>
          <w:sz w:val="30"/>
          <w:lang w:val="sr-Latn-RS"/>
        </w:rPr>
        <w:t>NASLOV RADA NA JEZIKU RUKOPISA</w:t>
      </w:r>
      <w:r w:rsidRPr="0086049D">
        <w:rPr>
          <w:rFonts w:eastAsia="Liberation Sans"/>
          <w:b/>
          <w:color w:val="696969"/>
          <w:sz w:val="30"/>
          <w:lang w:val="sr-Cyrl-RS"/>
        </w:rPr>
        <w:t>]</w:t>
      </w:r>
      <w:r w:rsidR="00047AC8" w:rsidRPr="0086049D">
        <w:rPr>
          <w:rStyle w:val="FootnoteReference"/>
          <w:rFonts w:eastAsia="Liberation Sans"/>
          <w:b/>
          <w:color w:val="696969"/>
          <w:sz w:val="30"/>
          <w:lang w:val="sr-Cyrl-RS"/>
        </w:rPr>
        <w:footnoteReference w:id="1"/>
      </w:r>
    </w:p>
    <w:p w14:paraId="0921E8CB" w14:textId="3FD0CF31" w:rsidR="00446233" w:rsidRPr="0086049D" w:rsidRDefault="00000000">
      <w:pPr>
        <w:spacing w:after="200" w:line="252" w:lineRule="auto"/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i/>
          <w:color w:val="696969"/>
          <w:sz w:val="25"/>
          <w:lang w:val="sr-Cyrl-RS"/>
        </w:rPr>
        <w:t>[TITLE OF THE PAPER IN ENGLISH</w:t>
      </w:r>
      <w:r w:rsidR="008724D5" w:rsidRPr="0086049D">
        <w:rPr>
          <w:rFonts w:eastAsia="Liberation Sans"/>
          <w:b/>
          <w:i/>
          <w:color w:val="696969"/>
          <w:sz w:val="25"/>
          <w:lang w:val="sr-Cyrl-RS"/>
        </w:rPr>
        <w:t>/SERBIAN</w:t>
      </w:r>
      <w:r w:rsidRPr="0086049D">
        <w:rPr>
          <w:rFonts w:eastAsia="Liberation Sans"/>
          <w:b/>
          <w:i/>
          <w:color w:val="696969"/>
          <w:sz w:val="25"/>
          <w:lang w:val="sr-Cyrl-RS"/>
        </w:rPr>
        <w:t>]</w:t>
      </w:r>
    </w:p>
    <w:p w14:paraId="4735B0E6" w14:textId="5AAA93AF" w:rsidR="00B93F4B" w:rsidRPr="0086049D" w:rsidRDefault="00000000" w:rsidP="00183BC0">
      <w:pPr>
        <w:spacing w:line="252" w:lineRule="auto"/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color w:val="696969"/>
          <w:sz w:val="23"/>
          <w:lang w:val="sr-Cyrl-RS"/>
        </w:rPr>
        <w:t>[</w:t>
      </w:r>
      <w:r w:rsidR="005423F6">
        <w:rPr>
          <w:rFonts w:eastAsia="Liberation Sans"/>
          <w:b/>
          <w:color w:val="696969"/>
          <w:sz w:val="23"/>
          <w:lang w:val="sr-Latn-RS"/>
        </w:rPr>
        <w:t>Ime Prezime</w:t>
      </w:r>
      <w:r w:rsidR="00B93F4B" w:rsidRPr="0086049D">
        <w:rPr>
          <w:rFonts w:eastAsia="Liberation Sans"/>
          <w:b/>
          <w:color w:val="696969"/>
          <w:sz w:val="23"/>
          <w:lang w:val="sr-Cyrl-RS"/>
        </w:rPr>
        <w:t>]¹*, [</w:t>
      </w:r>
      <w:r w:rsidR="005423F6">
        <w:rPr>
          <w:rFonts w:eastAsia="Liberation Sans"/>
          <w:b/>
          <w:color w:val="696969"/>
          <w:sz w:val="23"/>
          <w:lang w:val="sr-Latn-RS"/>
        </w:rPr>
        <w:t>Ime Prezime</w:t>
      </w:r>
      <w:r w:rsidR="00B93F4B" w:rsidRPr="0086049D">
        <w:rPr>
          <w:rFonts w:eastAsia="Liberation Sans"/>
          <w:b/>
          <w:color w:val="696969"/>
          <w:sz w:val="23"/>
          <w:lang w:val="sr-Cyrl-RS"/>
        </w:rPr>
        <w:t>]², [</w:t>
      </w:r>
      <w:r w:rsidR="005423F6">
        <w:rPr>
          <w:rFonts w:eastAsia="Liberation Sans"/>
          <w:b/>
          <w:color w:val="696969"/>
          <w:sz w:val="23"/>
          <w:lang w:val="sr-Latn-RS"/>
        </w:rPr>
        <w:t>Ime Prezime</w:t>
      </w:r>
      <w:r w:rsidR="00B93F4B" w:rsidRPr="0086049D">
        <w:rPr>
          <w:rFonts w:eastAsia="Liberation Sans"/>
          <w:b/>
          <w:color w:val="696969"/>
          <w:sz w:val="23"/>
          <w:lang w:val="sr-Cyrl-RS"/>
        </w:rPr>
        <w:t>]¹</w:t>
      </w:r>
    </w:p>
    <w:p w14:paraId="71D04822" w14:textId="3A05CA01" w:rsidR="00B93F4B" w:rsidRPr="0086049D" w:rsidRDefault="00B93F4B" w:rsidP="005423F6">
      <w:pPr>
        <w:jc w:val="center"/>
        <w:rPr>
          <w:rFonts w:hint="eastAsia"/>
          <w:lang w:val="sr-Cyrl-RS"/>
        </w:rPr>
      </w:pPr>
      <w:r w:rsidRPr="0086049D">
        <w:rPr>
          <w:rFonts w:eastAsia="Liberation Sans"/>
          <w:i/>
          <w:color w:val="696969"/>
          <w:sz w:val="19"/>
          <w:lang w:val="sr-Cyrl-RS"/>
        </w:rPr>
        <w:t>¹ [</w:t>
      </w:r>
      <w:r w:rsidR="005423F6" w:rsidRPr="0086049D">
        <w:rPr>
          <w:rFonts w:eastAsia="Liberation Sans"/>
          <w:i/>
          <w:color w:val="696969"/>
          <w:sz w:val="19"/>
          <w:lang w:val="sr-Cyrl-RS"/>
        </w:rPr>
        <w:t>Naziv odseka, fakultet, univerzitet, država</w:t>
      </w:r>
      <w:r w:rsidRPr="0086049D">
        <w:rPr>
          <w:rFonts w:eastAsia="Liberation Sans"/>
          <w:i/>
          <w:color w:val="696969"/>
          <w:sz w:val="19"/>
          <w:lang w:val="sr-Cyrl-RS"/>
        </w:rPr>
        <w:t>]</w:t>
      </w:r>
    </w:p>
    <w:p w14:paraId="5E6C45B9" w14:textId="43383FF5" w:rsidR="00B93F4B" w:rsidRPr="0086049D" w:rsidRDefault="00B93F4B" w:rsidP="00B93F4B">
      <w:pPr>
        <w:jc w:val="center"/>
        <w:rPr>
          <w:rFonts w:hint="eastAsia"/>
          <w:lang w:val="sr-Cyrl-RS"/>
        </w:rPr>
      </w:pPr>
      <w:r w:rsidRPr="0086049D">
        <w:rPr>
          <w:rFonts w:eastAsia="Liberation Sans"/>
          <w:i/>
          <w:color w:val="696969"/>
          <w:sz w:val="19"/>
          <w:lang w:val="sr-Cyrl-RS"/>
        </w:rPr>
        <w:t>² [</w:t>
      </w:r>
      <w:r w:rsidR="005423F6" w:rsidRPr="0086049D">
        <w:rPr>
          <w:rFonts w:eastAsia="Liberation Sans"/>
          <w:i/>
          <w:color w:val="696969"/>
          <w:sz w:val="19"/>
          <w:lang w:val="sr-Cyrl-RS"/>
        </w:rPr>
        <w:t>Naziv odseka, fakultet, univerzitet, država</w:t>
      </w:r>
      <w:r w:rsidRPr="0086049D">
        <w:rPr>
          <w:rFonts w:eastAsia="Liberation Sans"/>
          <w:i/>
          <w:color w:val="696969"/>
          <w:sz w:val="19"/>
          <w:lang w:val="sr-Cyrl-RS"/>
        </w:rPr>
        <w:t>]</w:t>
      </w:r>
    </w:p>
    <w:p w14:paraId="41C9DB70" w14:textId="7ABBB055" w:rsidR="00047AC8" w:rsidRPr="0086049D" w:rsidRDefault="00047AC8">
      <w:pPr>
        <w:spacing w:after="240" w:line="240" w:lineRule="auto"/>
        <w:jc w:val="center"/>
        <w:rPr>
          <w:rFonts w:hint="eastAsia"/>
          <w:lang w:val="sr-Cyrl-RS"/>
        </w:rPr>
      </w:pPr>
    </w:p>
    <w:p w14:paraId="602B8F5A" w14:textId="1EBB7F44" w:rsidR="00B93F4B" w:rsidRPr="005423F6" w:rsidRDefault="005423F6">
      <w:pPr>
        <w:rPr>
          <w:rFonts w:hint="eastAsia"/>
          <w:b/>
          <w:bCs/>
          <w:lang w:val="sr-Latn-RS"/>
        </w:rPr>
      </w:pPr>
      <w:r>
        <w:rPr>
          <w:b/>
          <w:bCs/>
          <w:lang w:val="sr-Latn-RS"/>
        </w:rPr>
        <w:t>Podaci o autorima rada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06"/>
        <w:gridCol w:w="3405"/>
        <w:gridCol w:w="3403"/>
      </w:tblGrid>
      <w:tr w:rsidR="001E35B4" w:rsidRPr="0086049D" w14:paraId="34981560" w14:textId="77777777" w:rsidTr="006A0AED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E4ACB4F" w14:textId="163FD010" w:rsidR="001E35B4" w:rsidRPr="005423F6" w:rsidRDefault="005423F6">
            <w:pPr>
              <w:spacing w:after="0" w:line="247" w:lineRule="auto"/>
              <w:jc w:val="center"/>
              <w:rPr>
                <w:rFonts w:hint="eastAsia"/>
                <w:lang w:val="sr-Latn-RS"/>
              </w:rPr>
            </w:pPr>
            <w:r>
              <w:rPr>
                <w:rFonts w:eastAsia="Liberation Sans"/>
                <w:b/>
                <w:color w:val="FFFFFF"/>
                <w:sz w:val="18"/>
                <w:lang w:val="sr-Latn-RS"/>
              </w:rPr>
              <w:t>Autor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</w:tcPr>
          <w:p w14:paraId="5FB0A7FE" w14:textId="1A8287F0" w:rsidR="001E35B4" w:rsidRPr="005423F6" w:rsidRDefault="005423F6">
            <w:pPr>
              <w:spacing w:after="0" w:line="247" w:lineRule="auto"/>
              <w:jc w:val="center"/>
              <w:rPr>
                <w:rFonts w:eastAsia="Liberation Sans"/>
                <w:b/>
                <w:color w:val="FFFFFF"/>
                <w:sz w:val="18"/>
                <w:lang w:val="sr-Latn-RS"/>
              </w:rPr>
            </w:pPr>
            <w:r>
              <w:rPr>
                <w:rFonts w:eastAsia="Liberation Sans"/>
                <w:b/>
                <w:color w:val="FFFFFF"/>
                <w:sz w:val="18"/>
                <w:lang w:val="sr-Latn-RS"/>
              </w:rPr>
              <w:t>Adresa elektronske pošte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6667B61" w14:textId="1752D48B" w:rsidR="001E35B4" w:rsidRPr="0086049D" w:rsidRDefault="001E35B4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8"/>
                <w:lang w:val="sr-Cyrl-RS"/>
              </w:rPr>
              <w:t>ORCID iD</w:t>
            </w:r>
          </w:p>
        </w:tc>
      </w:tr>
      <w:tr w:rsidR="001E35B4" w:rsidRPr="0086049D" w14:paraId="12DEFEEA" w14:textId="77777777" w:rsidTr="006A0AED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78D53F" w14:textId="07F02940" w:rsidR="001E35B4" w:rsidRPr="0086049D" w:rsidRDefault="001E35B4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</w:t>
            </w:r>
            <w:r w:rsidR="005423F6">
              <w:rPr>
                <w:rFonts w:eastAsia="Liberation Sans"/>
                <w:i/>
                <w:color w:val="696969"/>
                <w:sz w:val="18"/>
                <w:lang w:val="sr-Latn-RS"/>
              </w:rPr>
              <w:t>Ime i prezime</w:t>
            </w:r>
            <w:r w:rsidR="0086049D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56EFB7D" w14:textId="630582BF" w:rsidR="001E35B4" w:rsidRPr="0086049D" w:rsidRDefault="001E35B4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</w:t>
            </w:r>
            <w:r w:rsidR="004F2271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email</w:t>
            </w: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.</w:t>
            </w:r>
            <w:r w:rsidR="004F2271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com</w:t>
            </w: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99B5C4" w14:textId="1729B0C4" w:rsidR="001E35B4" w:rsidRPr="0086049D" w:rsidRDefault="001E35B4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  <w:tr w:rsidR="005423F6" w:rsidRPr="0086049D" w14:paraId="595212FE" w14:textId="77777777" w:rsidTr="00A36E5B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FE62144" w14:textId="54556C10" w:rsidR="005423F6" w:rsidRPr="0086049D" w:rsidRDefault="005423F6" w:rsidP="005423F6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AF2BB3">
              <w:rPr>
                <w:rFonts w:eastAsia="Liberation Sans"/>
                <w:i/>
                <w:color w:val="696969"/>
                <w:sz w:val="18"/>
                <w:lang w:val="sr-Cyrl-RS"/>
              </w:rPr>
              <w:t>[</w:t>
            </w:r>
            <w:r w:rsidRPr="00AF2BB3">
              <w:rPr>
                <w:rFonts w:eastAsia="Liberation Sans"/>
                <w:i/>
                <w:color w:val="696969"/>
                <w:sz w:val="18"/>
                <w:lang w:val="sr-Latn-RS"/>
              </w:rPr>
              <w:t>Ime i prezime</w:t>
            </w:r>
            <w:r w:rsidRPr="00AF2BB3">
              <w:rPr>
                <w:rFonts w:eastAsia="Liberation Sans"/>
                <w:i/>
                <w:color w:val="696969"/>
                <w:sz w:val="18"/>
                <w:lang w:val="sr-Cyrl-RS"/>
              </w:rPr>
              <w:t>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</w:tcPr>
          <w:p w14:paraId="4A6267FD" w14:textId="11A1F0AA" w:rsidR="005423F6" w:rsidRPr="0086049D" w:rsidRDefault="005423F6" w:rsidP="005423F6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[example@email.com]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96E168" w14:textId="7DB2AB4B" w:rsidR="005423F6" w:rsidRPr="0086049D" w:rsidRDefault="005423F6" w:rsidP="005423F6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  <w:tr w:rsidR="005423F6" w:rsidRPr="0086049D" w14:paraId="132C8392" w14:textId="77777777" w:rsidTr="00A36E5B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A0E156" w14:textId="1169C9BA" w:rsidR="005423F6" w:rsidRPr="0086049D" w:rsidRDefault="005423F6" w:rsidP="005423F6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AF2BB3">
              <w:rPr>
                <w:rFonts w:eastAsia="Liberation Sans"/>
                <w:i/>
                <w:color w:val="696969"/>
                <w:sz w:val="18"/>
                <w:lang w:val="sr-Cyrl-RS"/>
              </w:rPr>
              <w:t>[</w:t>
            </w:r>
            <w:r w:rsidRPr="00AF2BB3">
              <w:rPr>
                <w:rFonts w:eastAsia="Liberation Sans"/>
                <w:i/>
                <w:color w:val="696969"/>
                <w:sz w:val="18"/>
                <w:lang w:val="sr-Latn-RS"/>
              </w:rPr>
              <w:t>Ime i prezime</w:t>
            </w:r>
            <w:r w:rsidRPr="00AF2BB3">
              <w:rPr>
                <w:rFonts w:eastAsia="Liberation Sans"/>
                <w:i/>
                <w:color w:val="696969"/>
                <w:sz w:val="18"/>
                <w:lang w:val="sr-Cyrl-RS"/>
              </w:rPr>
              <w:t>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</w:tcPr>
          <w:p w14:paraId="6A7B9D33" w14:textId="0B5F8D04" w:rsidR="005423F6" w:rsidRPr="0086049D" w:rsidRDefault="005423F6" w:rsidP="005423F6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[example@email.com]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F196A2" w14:textId="3C3C259C" w:rsidR="005423F6" w:rsidRPr="0086049D" w:rsidRDefault="005423F6" w:rsidP="005423F6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</w:tbl>
    <w:p w14:paraId="10C1DD16" w14:textId="77777777" w:rsidR="00047AC8" w:rsidRPr="0086049D" w:rsidRDefault="00047AC8">
      <w:pPr>
        <w:pStyle w:val="Heading2"/>
        <w:spacing w:before="120" w:after="80" w:line="240" w:lineRule="auto"/>
        <w:rPr>
          <w:rFonts w:ascii="Liberation Sans" w:eastAsia="Liberation Sans" w:hAnsi="Liberation Sans"/>
          <w:sz w:val="22"/>
          <w:lang w:val="sr-Cyrl-RS"/>
        </w:rPr>
      </w:pPr>
    </w:p>
    <w:p w14:paraId="2BFEDBD9" w14:textId="4121CDAB" w:rsidR="00446233" w:rsidRPr="005423F6" w:rsidRDefault="005423F6">
      <w:pPr>
        <w:pStyle w:val="Heading2"/>
        <w:spacing w:before="120" w:after="80" w:line="240" w:lineRule="auto"/>
        <w:rPr>
          <w:lang w:val="sr-Latn-RS"/>
        </w:rPr>
      </w:pPr>
      <w:r>
        <w:rPr>
          <w:rFonts w:ascii="Liberation Sans" w:eastAsia="Liberation Sans" w:hAnsi="Liberation Sans"/>
          <w:sz w:val="22"/>
          <w:lang w:val="sr-Latn-RS"/>
        </w:rPr>
        <w:t>Izjave autora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128"/>
      </w:tblGrid>
      <w:tr w:rsidR="00E776FC" w:rsidRPr="0086049D" w14:paraId="0C33F975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D674E2" w14:textId="365A7AA9" w:rsidR="00E776FC" w:rsidRPr="005423F6" w:rsidRDefault="005423F6" w:rsidP="0086049D">
            <w:pPr>
              <w:rPr>
                <w:rFonts w:eastAsia="Liberation Sans"/>
                <w:b/>
                <w:sz w:val="17"/>
                <w:lang w:val="sr-Latn-RS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Informisana saglasnost učesnika u istraživanju</w:t>
            </w: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4EB99F" w14:textId="3058DCAD" w:rsidR="00E776FC" w:rsidRPr="0086049D" w:rsidRDefault="005423F6" w:rsidP="0086049D">
            <w:pPr>
              <w:rPr>
                <w:rFonts w:eastAsia="Liberation Sans"/>
                <w:i/>
                <w:color w:val="696969"/>
                <w:sz w:val="17"/>
                <w:lang w:val="sr-Cyrl-RS"/>
              </w:rPr>
            </w:pP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[način pribavljanja i da li je navedeno u samom radu ili navesti „Nije prime</w:t>
            </w:r>
            <w:r>
              <w:rPr>
                <w:rFonts w:eastAsia="Liberation Sans"/>
                <w:i/>
                <w:color w:val="6E6E6E"/>
                <w:sz w:val="17"/>
                <w:lang w:val="sr-Cyrl-RS"/>
              </w:rPr>
              <w:t>nlj</w:t>
            </w: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ivo"]</w:t>
            </w:r>
          </w:p>
        </w:tc>
      </w:tr>
      <w:tr w:rsidR="00C63A1E" w:rsidRPr="0086049D" w14:paraId="01EC9606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27C19D" w14:textId="43671D42" w:rsidR="00C63A1E" w:rsidRPr="005423F6" w:rsidRDefault="005423F6" w:rsidP="0086049D">
            <w:pPr>
              <w:rPr>
                <w:rFonts w:eastAsia="Liberation Sans"/>
                <w:b/>
                <w:sz w:val="17"/>
                <w:lang w:val="sr-Latn-RS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Saglasnost za objavljivanje podataka koji omogućavaju identifikaciju</w:t>
            </w: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2AEC147" w14:textId="77777777" w:rsidR="005423F6" w:rsidRDefault="005423F6">
            <w:pPr>
              <w:rPr>
                <w:rFonts w:hint="eastAsia"/>
              </w:rPr>
            </w:pP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[navesti da li rukopis sadrži fotografije, prikaze slučaja, izjave, direktne citate ili druge podatke na osnovu kojih se osoba može prepoznati; ako sadrži, potvrditi da je pribavljena prethodna pisana saglasnost te osobe, odnosno roditelja ili zakonskog zastupnika, za objavljivanje; ako takav materijal nije sadržan u radu, navesti: „Nije primenljivo”]</w:t>
            </w:r>
          </w:p>
          <w:p w14:paraId="5F3B5303" w14:textId="1F6FE4F1" w:rsidR="00C63A1E" w:rsidRPr="0086049D" w:rsidRDefault="00C63A1E" w:rsidP="0086049D">
            <w:pPr>
              <w:rPr>
                <w:rFonts w:eastAsia="Liberation Sans"/>
                <w:i/>
                <w:color w:val="6E6E6E"/>
                <w:sz w:val="17"/>
                <w:lang w:val="sr-Cyrl-RS"/>
              </w:rPr>
            </w:pPr>
          </w:p>
        </w:tc>
      </w:tr>
    </w:tbl>
    <w:p w14:paraId="0CF505B5" w14:textId="77777777" w:rsidR="00446233" w:rsidRPr="0086049D" w:rsidRDefault="00446233">
      <w:pPr>
        <w:spacing w:after="60" w:line="240" w:lineRule="auto"/>
        <w:rPr>
          <w:rFonts w:hint="eastAsia"/>
          <w:lang w:val="sr-Cyrl-RS"/>
        </w:rPr>
      </w:pPr>
    </w:p>
    <w:p w14:paraId="17C39331" w14:textId="77777777" w:rsidR="00047AC8" w:rsidRPr="0086049D" w:rsidRDefault="00047AC8">
      <w:pPr>
        <w:spacing w:after="60" w:line="240" w:lineRule="auto"/>
        <w:rPr>
          <w:rFonts w:hint="eastAsia"/>
          <w:lang w:val="sr-Cyrl-RS"/>
        </w:rPr>
      </w:pPr>
    </w:p>
    <w:p w14:paraId="24D496EE" w14:textId="77777777" w:rsidR="00047AC8" w:rsidRPr="0086049D" w:rsidRDefault="00047AC8">
      <w:pPr>
        <w:spacing w:after="60" w:line="240" w:lineRule="auto"/>
        <w:rPr>
          <w:rFonts w:hint="eastAsia"/>
          <w:lang w:val="sr-Cyrl-R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446233" w:rsidRPr="0086049D" w14:paraId="3C57C6A0" w14:textId="77777777">
        <w:trPr>
          <w:cantSplit/>
          <w:jc w:val="center"/>
        </w:trPr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E8A73A" w14:textId="4697DC73" w:rsidR="00446233" w:rsidRPr="0086049D" w:rsidRDefault="005423F6" w:rsidP="0086049D">
            <w:pPr>
              <w:jc w:val="center"/>
              <w:rPr>
                <w:rFonts w:hint="eastAsia"/>
                <w:lang w:val="sr-Cyrl-RS"/>
              </w:rPr>
            </w:pPr>
            <w:r>
              <w:rPr>
                <w:rFonts w:eastAsia="Liberation Sans"/>
                <w:b/>
                <w:color w:val="FFFFFF"/>
                <w:sz w:val="17"/>
                <w:lang w:val="sr-Latn-RS"/>
              </w:rPr>
              <w:t>Broj karaktera sa razmacima – dozvoljeno je do 35.000 karaktera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6437EF" w14:textId="0CE436FA" w:rsidR="00446233" w:rsidRPr="005423F6" w:rsidRDefault="005423F6">
            <w:pPr>
              <w:spacing w:after="0" w:line="247" w:lineRule="auto"/>
              <w:jc w:val="center"/>
              <w:rPr>
                <w:rFonts w:hint="eastAsia"/>
                <w:lang w:val="sr-Latn-RS"/>
              </w:rPr>
            </w:pPr>
            <w:r>
              <w:rPr>
                <w:rFonts w:eastAsia="Liberation Sans"/>
                <w:b/>
                <w:color w:val="FFFFFF"/>
                <w:sz w:val="17"/>
                <w:lang w:val="sr-Latn-RS"/>
              </w:rPr>
              <w:t>Broj tabela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C299D3" w14:textId="6448AF8C" w:rsidR="00446233" w:rsidRPr="005423F6" w:rsidRDefault="005423F6">
            <w:pPr>
              <w:spacing w:after="0" w:line="247" w:lineRule="auto"/>
              <w:jc w:val="center"/>
              <w:rPr>
                <w:rFonts w:hint="eastAsia"/>
                <w:lang w:val="sr-Latn-RS"/>
              </w:rPr>
            </w:pPr>
            <w:r>
              <w:rPr>
                <w:rFonts w:eastAsia="Liberation Sans"/>
                <w:b/>
                <w:color w:val="FFFFFF"/>
                <w:sz w:val="17"/>
                <w:lang w:val="sr-Latn-RS"/>
              </w:rPr>
              <w:t>Broj slika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59410DD" w14:textId="59C1CD9A" w:rsidR="00446233" w:rsidRPr="005423F6" w:rsidRDefault="005423F6">
            <w:pPr>
              <w:spacing w:after="0" w:line="247" w:lineRule="auto"/>
              <w:jc w:val="center"/>
              <w:rPr>
                <w:rFonts w:hint="eastAsia"/>
                <w:lang w:val="sr-Latn-RS"/>
              </w:rPr>
            </w:pPr>
            <w:r>
              <w:rPr>
                <w:rFonts w:eastAsia="Liberation Sans"/>
                <w:b/>
                <w:color w:val="FFFFFF"/>
                <w:sz w:val="17"/>
                <w:lang w:val="sr-Latn-RS"/>
              </w:rPr>
              <w:t>Broj priloga</w:t>
            </w:r>
          </w:p>
        </w:tc>
      </w:tr>
      <w:tr w:rsidR="005423F6" w:rsidRPr="0086049D" w14:paraId="2F5A8081" w14:textId="77777777" w:rsidTr="006B0FB4">
        <w:trPr>
          <w:cantSplit/>
          <w:jc w:val="center"/>
        </w:trPr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6BC7E3" w14:textId="7D71E436" w:rsidR="005423F6" w:rsidRPr="0086049D" w:rsidRDefault="005423F6" w:rsidP="005423F6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[</w:t>
            </w:r>
            <w:r>
              <w:rPr>
                <w:rFonts w:eastAsia="Liberation Sans"/>
                <w:i/>
                <w:color w:val="696969"/>
                <w:sz w:val="17"/>
                <w:lang w:val="sr-Latn-RS"/>
              </w:rPr>
              <w:t>unesite</w:t>
            </w: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E0082F" w14:textId="15C3E2C9" w:rsidR="005423F6" w:rsidRPr="0086049D" w:rsidRDefault="005423F6" w:rsidP="005423F6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[</w:t>
            </w:r>
            <w:r w:rsidRPr="002F6CF3">
              <w:rPr>
                <w:rFonts w:eastAsia="Liberation Sans"/>
                <w:i/>
                <w:color w:val="696969"/>
                <w:sz w:val="17"/>
                <w:lang w:val="sr-Latn-RS"/>
              </w:rPr>
              <w:t>unesite</w:t>
            </w: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8A6E02B" w14:textId="263604AF" w:rsidR="005423F6" w:rsidRPr="0086049D" w:rsidRDefault="005423F6" w:rsidP="005423F6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[</w:t>
            </w:r>
            <w:r w:rsidRPr="002F6CF3">
              <w:rPr>
                <w:rFonts w:eastAsia="Liberation Sans"/>
                <w:i/>
                <w:color w:val="696969"/>
                <w:sz w:val="17"/>
                <w:lang w:val="sr-Latn-RS"/>
              </w:rPr>
              <w:t>unesite</w:t>
            </w: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4F2BD71" w14:textId="1EB50AC4" w:rsidR="005423F6" w:rsidRPr="0086049D" w:rsidRDefault="005423F6" w:rsidP="005423F6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[</w:t>
            </w:r>
            <w:r w:rsidRPr="002F6CF3">
              <w:rPr>
                <w:rFonts w:eastAsia="Liberation Sans"/>
                <w:i/>
                <w:color w:val="696969"/>
                <w:sz w:val="17"/>
                <w:lang w:val="sr-Latn-RS"/>
              </w:rPr>
              <w:t>unesite</w:t>
            </w:r>
            <w:r w:rsidRPr="002F6CF3">
              <w:rPr>
                <w:rFonts w:eastAsia="Liberation Sans"/>
                <w:i/>
                <w:color w:val="696969"/>
                <w:sz w:val="17"/>
                <w:lang w:val="sr-Cyrl-RS"/>
              </w:rPr>
              <w:t>]</w:t>
            </w:r>
          </w:p>
        </w:tc>
      </w:tr>
    </w:tbl>
    <w:p w14:paraId="3E009048" w14:textId="77777777" w:rsidR="00D640E7" w:rsidRPr="0086049D" w:rsidRDefault="00D640E7">
      <w:pPr>
        <w:rPr>
          <w:rFonts w:hint="eastAsia"/>
          <w:lang w:val="sr-Cyrl-RS"/>
        </w:rPr>
      </w:pPr>
    </w:p>
    <w:sectPr w:rsidR="00D640E7" w:rsidRPr="0086049D" w:rsidSect="00034616"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0657" w14:textId="77777777" w:rsidR="00E20E65" w:rsidRDefault="00E20E65" w:rsidP="00047AC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9A419B" w14:textId="77777777" w:rsidR="00E20E65" w:rsidRDefault="00E20E65" w:rsidP="00047AC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3F3BF" w14:textId="77777777" w:rsidR="00E20E65" w:rsidRDefault="00E20E65" w:rsidP="00047AC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340B3CC" w14:textId="77777777" w:rsidR="00E20E65" w:rsidRDefault="00E20E65" w:rsidP="00047AC8">
      <w:pPr>
        <w:spacing w:after="0" w:line="240" w:lineRule="auto"/>
        <w:rPr>
          <w:rFonts w:hint="eastAsia"/>
        </w:rPr>
      </w:pPr>
      <w:r>
        <w:continuationSeparator/>
      </w:r>
    </w:p>
  </w:footnote>
  <w:footnote w:id="1">
    <w:p w14:paraId="792BA347" w14:textId="77777777" w:rsidR="00B47730" w:rsidRDefault="00047AC8">
      <w:pPr>
        <w:rPr>
          <w:rFonts w:hint="eastAsia"/>
        </w:rPr>
      </w:pPr>
      <w:r w:rsidRPr="0086049D">
        <w:rPr>
          <w:rStyle w:val="FootnoteReference"/>
          <w:lang w:val="sr-Cyrl-RS"/>
        </w:rPr>
        <w:footnoteRef/>
      </w:r>
      <w:r w:rsidRPr="0086049D">
        <w:rPr>
          <w:lang w:val="sr-Cyrl-R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224BF9"/>
    <w:multiLevelType w:val="hybridMultilevel"/>
    <w:tmpl w:val="8600463E"/>
    <w:lvl w:ilvl="0" w:tplc="28F6AC62">
      <w:start w:val="1"/>
      <w:numFmt w:val="decimal"/>
      <w:lvlText w:val="%1."/>
      <w:lvlJc w:val="left"/>
      <w:pPr>
        <w:ind w:left="1080" w:hanging="360"/>
      </w:pPr>
      <w:rPr>
        <w:rFonts w:eastAsia="Liberation Sans"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D42015"/>
    <w:multiLevelType w:val="hybridMultilevel"/>
    <w:tmpl w:val="AADC2E56"/>
    <w:lvl w:ilvl="0" w:tplc="28F6AC6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16533"/>
    <w:multiLevelType w:val="hybridMultilevel"/>
    <w:tmpl w:val="487AE004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029386">
    <w:abstractNumId w:val="8"/>
  </w:num>
  <w:num w:numId="2" w16cid:durableId="1590652749">
    <w:abstractNumId w:val="6"/>
  </w:num>
  <w:num w:numId="3" w16cid:durableId="744298821">
    <w:abstractNumId w:val="5"/>
  </w:num>
  <w:num w:numId="4" w16cid:durableId="706834557">
    <w:abstractNumId w:val="4"/>
  </w:num>
  <w:num w:numId="5" w16cid:durableId="257756458">
    <w:abstractNumId w:val="7"/>
  </w:num>
  <w:num w:numId="6" w16cid:durableId="38092950">
    <w:abstractNumId w:val="3"/>
  </w:num>
  <w:num w:numId="7" w16cid:durableId="681779644">
    <w:abstractNumId w:val="2"/>
  </w:num>
  <w:num w:numId="8" w16cid:durableId="1941521334">
    <w:abstractNumId w:val="1"/>
  </w:num>
  <w:num w:numId="9" w16cid:durableId="321280947">
    <w:abstractNumId w:val="0"/>
  </w:num>
  <w:num w:numId="10" w16cid:durableId="616839074">
    <w:abstractNumId w:val="11"/>
  </w:num>
  <w:num w:numId="11" w16cid:durableId="1960526168">
    <w:abstractNumId w:val="10"/>
  </w:num>
  <w:num w:numId="12" w16cid:durableId="393237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AC8"/>
    <w:rsid w:val="0006063C"/>
    <w:rsid w:val="0015074B"/>
    <w:rsid w:val="001E0EB7"/>
    <w:rsid w:val="001E35B4"/>
    <w:rsid w:val="00254FE0"/>
    <w:rsid w:val="0029639D"/>
    <w:rsid w:val="002B549F"/>
    <w:rsid w:val="003222B6"/>
    <w:rsid w:val="00326F90"/>
    <w:rsid w:val="003306BB"/>
    <w:rsid w:val="003510B2"/>
    <w:rsid w:val="00446233"/>
    <w:rsid w:val="004F2271"/>
    <w:rsid w:val="00503F02"/>
    <w:rsid w:val="0052462E"/>
    <w:rsid w:val="005423F6"/>
    <w:rsid w:val="00617623"/>
    <w:rsid w:val="006A0AED"/>
    <w:rsid w:val="006E5501"/>
    <w:rsid w:val="00716672"/>
    <w:rsid w:val="0074005A"/>
    <w:rsid w:val="00763C31"/>
    <w:rsid w:val="00792AA2"/>
    <w:rsid w:val="007A0B8B"/>
    <w:rsid w:val="0086049D"/>
    <w:rsid w:val="008724D5"/>
    <w:rsid w:val="0088089E"/>
    <w:rsid w:val="009120FD"/>
    <w:rsid w:val="00971145"/>
    <w:rsid w:val="009D533C"/>
    <w:rsid w:val="00A76D9F"/>
    <w:rsid w:val="00AA1D8D"/>
    <w:rsid w:val="00AB5317"/>
    <w:rsid w:val="00B47730"/>
    <w:rsid w:val="00B70E66"/>
    <w:rsid w:val="00B93F4B"/>
    <w:rsid w:val="00B94284"/>
    <w:rsid w:val="00BC76F2"/>
    <w:rsid w:val="00C027E2"/>
    <w:rsid w:val="00C11A36"/>
    <w:rsid w:val="00C63A1E"/>
    <w:rsid w:val="00CB0664"/>
    <w:rsid w:val="00D640E7"/>
    <w:rsid w:val="00DA3689"/>
    <w:rsid w:val="00DB49A7"/>
    <w:rsid w:val="00E20E65"/>
    <w:rsid w:val="00E37EBC"/>
    <w:rsid w:val="00E776FC"/>
    <w:rsid w:val="00EE66BE"/>
    <w:rsid w:val="00F27870"/>
    <w:rsid w:val="00F761EB"/>
    <w:rsid w:val="00FC693F"/>
    <w:rsid w:val="00FE5716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FE6CE6"/>
  <w14:defaultImageDpi w14:val="330"/>
  <w15:docId w15:val="{511B5315-24E6-4AF1-B0B7-EE16613E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47AC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7AC8"/>
    <w:rPr>
      <w:rFonts w:ascii="Liberation Sans" w:hAnsi="Liberation Sans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7A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Uputstvo za pripremu naslovne strane rada</vt:lpstr>
    </vt:vector>
  </TitlesOfParts>
  <Manager/>
  <Company/>
  <LinksUpToDate>false</LinksUpToDate>
  <CharactersWithSpaces>1177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Uputstvo za pripremu naslovne strane rada</dc:title>
  <dc:subject>Uputstvo autorima naučnog časopisa</dc:subject>
  <dc:creator>Uredništvo časopisa</dc:creator>
  <cp:keywords>naslovna strana, uputstvo autorima, dvostruko anonimna recenzija</cp:keywords>
  <dc:description>generated by python-docx</dc:description>
  <cp:lastModifiedBy>Dejan Đ</cp:lastModifiedBy>
  <cp:revision>29</cp:revision>
  <dcterms:created xsi:type="dcterms:W3CDTF">2013-12-23T23:15:00Z</dcterms:created>
  <dcterms:modified xsi:type="dcterms:W3CDTF">2026-09-24T19:22:00Z</dcterms:modified>
  <cp:category/>
</cp:coreProperties>
</file>